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שלם בטיפת 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התפתח המיקרוסקופ ומה אפשר לגלות בעזרתו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תורת התא ואת האנשים שתרמו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ואוצר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עין חזקה יותר מעין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קטן ולהתבונן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רוברט הוק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אומר שהם חיו בלי לדעת שהם קיימים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בפסקה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בפסקה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זכוכית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חדרונים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השם לתרומתו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(צייר ציורים מדויקים ממה שראה במיקרוסקופ ותיאר את המילה 'תא')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(ליטש עדשות וגילה יצורים חד־תאיים בטיפת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(הציעו שכל יצור חי בנוי מתאים)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(הוסיף שכל תא נוצר מתא 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ההתרחשות בהיסטוריה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יצרני משקפיים בהולנד מגלים שעדשה כפולה מגדילה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רוברט הוק מפרסם ספר עם ציורי מיקרוסקופ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ואן לוונהוק רואה חיות קטנטנות בטיפת מי אגם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שליידן ושוואן מציעים את תורת התא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לתיאור דמיוני, שימוש בפרטים מהטקסט (חיות קטנטנות, תנועה), הבעת התרגשות או הפתעה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יצרני משקפיים בהולנד בסוף המאה ה-16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יצור חי בנוי מתאים, והתא הוא יחידת החיים הבסיסית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יצורים חד־תאיים קטנטנים שמסתובבים ונעים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בשאלת 'לפני הקריאה' ולחזור אליה בסוף השיעור כדי להשוות ניחושים לממצאים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תמונה או סרטון קצר של תאים מתחת למיקרוסקופ כדי לחבר בין הטקסט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להשתמש במילים מהמילון הקטן בכתיבתם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שלם בטיפת 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מספר איך בני אדם גילו עולם שלם של יצורים זעירים בעזרת המיקרוסקופ, ואיך נולד הרעיון שכל יצור חי בנוי מתאים.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זכוכית  ·  סוחר  ·  חדרונים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חסר לחוקרים לפני המצאת המיקרוסקופ,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סקרנות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עין חזקה יותר מעין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מאילו שתי מילים יווניות מורכבת המילה 'מיקרוסקופ'?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קטן ולהתבונן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גדול ולראות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רחוק וקרוב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כתב ספר עם ציורים מדויקים ממה שראה במיקרוסקופ בשנת 1665?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אנטוני ואן לוונהוק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רוברט הוק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רודולף וירכוב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במשך אלפי שנים ידעו בני האדם על קיומם של יצורים זעירים בלתי נראים.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המיקרוסקופ הראשון נוצר מהצבת שתי עדשות בתוך צינור.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רוברט הוק המציא את המילה 'תא' מתוך מילה לטינית שפירושה חדרונים.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המיקרוסקופ נולד מ__________ מלוטשת.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רוברט הוק ראה בפרוסת השעם חללים שכינה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אנטוני ואן לוונהוק היה __________ בדים בעיר דלפט.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השם לתרומתו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רוברט הוק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ליטש עדשות וגילה יצורים חד־תאיים בטיפת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אנטוני ואן לוונהוק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הוסיף שכל תא נוצר מתא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מתיאס שליידן ותאודור שוואן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צייר ציורים מדויקים ממה שראה במיקרוסקופ ותיאר את המילה 'תא'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רודולף וירכוב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הציעו שכל יצור חי בנוי מתאים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סדר ההתרחשות בהיסטוריה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ואן לוונהוק רואה חיות קטנטנות בטיפת מי אגם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שליידן ושוואן מציעים את תורת התא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יצרני משקפיים בהולנד מגלים שעדשה כפולה מגדילה דברים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רוברט הוק מפרסם ספר עם ציורי מיקרוסקופ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ואן לוונהוק, ואתם מביטים לראשונה בטיפת מים מהאגם. תארו בכמה משפטים מה אתם רואים ומה אתם מרגישים.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המציא את המיקרוסקופ הראשון ובאיזו 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תורת התא, בקצרה?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עולם שלם בטיפת 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