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התפתח המיקרוסקופ ומה אפשר לגלות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תורת התא ואת האנשים שתרמו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עין חזקה יותר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רוברט הוק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מסחר בבדים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חיות קטנטנות שמסתובבות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רודולף וירכוב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שהם חיו בלי לדעת שהם קיימים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שלא למד באוניברסיטה ולא עבד במעבדה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בהתחלה הם התקשו להאמין, רק אחרי שחזרו על התצפיות השתכנעו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הרעיון המרכזי שהציעו שליידן ושוואן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חד־תאיים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השם לתרומתו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(צייר ציורים מדויקים ממה שראה במיקרוסקופ ותיאר את המילה 'תא')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(ליטש עדשות וגילה יצורים חד־תאיים בטיפת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(הציעו שכל יצור חי בנוי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(הוסיף שכל תא נוצר מתא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יצרני משקפיים בהולנד מגלים שעדשה כפולה מגדילה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רוברט הוק מפרסם ספר עם ציורי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ואן לוונהוק רואה חיות קטנטנות בטיפת מי אגם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שליידן ושוואן מציעים את תורת התא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וירכוב מוסיף שכל תא נוצר מתא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דמיוני, שימוש בפרטים מהטקסט (חיות קטנטנות, תנועה), הבעת התרגשות או הפתעה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שתציין שהתגלית הייתה חריגה ובלתי צפויה, ושרק חזרה על הניסוי בעצמם שכנעה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יצרני משקפיים בהולנד בסוף המאה ה-16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יצור חי בנוי מתאים, והתא הוא יחידת החיים הבסיסית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יצורים חד־תאיים קטנטנים שמסתובבים ונעים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בשאלת 'לפני הקריאה' ולחזור אליה בסוף השיעור כדי להשוות ניחושים לממצאים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או סרטון קצר של תאים מתחת למיקרוסקופ כדי לחבר בין הטקסט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להשתמש במילים מהמילון הקטן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שלם בטיפת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קוראים טקסט על מכשיר שנקרא מיקרוסקופ. המכשיר הזה עוזר לראות דברים קטנים מאוד שלא רואים בעין רגילה.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מלוטשת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מוחלקת ומשופשפת עד שהיא חלקה ושקופה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חתיכות זכוכית מעוגלות שמגדילות את מה שרואים דרכן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מטושטשת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ברורה, בלי קווים 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לכאורה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כך זה נראה במבט ראשון, אבל אולי זה לא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הקירות החיצוניים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מנוסות ומוכשרות לעבודה עדינה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חד־תאיים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שכל גופם הוא תא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של תאים דומים שעושים יחד עבודה אחת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חסר לחוקרים לפני שהיה 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עין חזקה יותר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שפה ומה המשמעות של המילה 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 ולראות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 וקרוב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 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צייר ציורים של דברים קטנים שראה במיקרוסקופ?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אנטוני ואן לוונהוק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רודולף וירכוב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תאודור שוואן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הוק ראה חדרים קטנים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אלון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העבודה של ואן לוונהוק?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מסחר בבדים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ואן לוונהוק ראה בטיפת מים מהאגם?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גבישי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חיות קטנטנות שמסתובבות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אמר שתא נולד מתא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רוברט הוק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מתיאס שליידן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רודולף וירכוב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תאודור שוואן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אלפי שנים ידעו בני האדם על קיומם של יצורים זעירים בלתי נראים.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המיקרוסקופ הראשון נוצר מהצבת שתי עדשות בתוך צינור.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רוברט הוק המציא את המילה 'תא' מתוך מילה לטינית שפירושה חדרונים.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ואן לוונהוק למד באוניברסיטה ועבד במעבדה מדעית מסודרת.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האגודה בלונדון האמינו מיד לדבריו של ואן לוונהוק.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תורת התא קובעת שכל יצור חי בנוי מתאים.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המיקרוסקופ נולד מ__________ מלוטשת.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רוברט הוק ראה בפרוסת השעם חללים שכינה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אנטוני ואן לוונהוק היה __________ בדים בעיר דלפט.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ואן לוונהוק ראה בטיפת מים יצורים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וירכוב, כל תא נוצר מ__________ שקדם 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השם לתרומתו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ליטש עדשות וגילה יצורים חד־תאיים בטיפת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אנטוני ואן לוונהוק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הציעו שכל יצור חי בנוי 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מתיאס שליידן ותאודור שוואן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הוסיף שכל תא נוצר מתא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רודולף וירכוב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צייר ציורים מדויקים ממה שראה במיקרוסקופ ותיאר את המילה 'תא'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ההתרחשות בהיסטוריה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שליידן ושוואן מציעים את תורת התא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יצרני משקפיים בהולנד מגלים שעדשה כפולה מגדילה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רוברט הוק מפרסם ספר עם ציורי מיקרוסקופ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וירכוב מוסיף שכל תא נוצר מתא קודם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ואן לוונהוק רואה חיות קטנטנות בטיפת מי אגם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ואן לוונהוק, ואתם מביטים לראשונה בטיפת מים מהאגם. תארו בכמה משפטים מה אתם רואים ומה אתם 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חברי האגודה בלונדון בהתחלה לא האמינו לואן לוונהוק? מה גרם להם להשתכנע?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המציא את המיקרוסקופ הראשון ובאיזו 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תורת התא,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ראה ואן לוונהוק בטיפת מי האגם?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שלם בטיפת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